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80" w:rightFromText="180" w:horzAnchor="margin" w:tblpY="-52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0"/>
        <w:gridCol w:w="5714"/>
        <w:gridCol w:w="1556"/>
      </w:tblGrid>
      <w:tr w:rsidR="00C83CF0" w14:paraId="7C587ECB" w14:textId="77777777" w:rsidTr="00C83CF0">
        <w:trPr>
          <w:trHeight w:val="983"/>
        </w:trPr>
        <w:tc>
          <w:tcPr>
            <w:tcW w:w="1378" w:type="dxa"/>
          </w:tcPr>
          <w:p w14:paraId="637E21FA" w14:textId="4531BDD2" w:rsidR="00F16502" w:rsidRDefault="00C83CF0" w:rsidP="00C83CF0">
            <w:pPr>
              <w:pStyle w:val="Balk1"/>
              <w:jc w:val="center"/>
            </w:pPr>
            <w:r w:rsidRPr="000653C2">
              <w:rPr>
                <w:rFonts w:ascii="Calibri" w:hAnsi="Calibri" w:cs="Calibri"/>
                <w:noProof/>
                <w:sz w:val="20"/>
              </w:rPr>
              <w:drawing>
                <wp:inline distT="0" distB="0" distL="0" distR="0" wp14:anchorId="204BEF71" wp14:editId="0B5DD526">
                  <wp:extent cx="631371" cy="515257"/>
                  <wp:effectExtent l="0" t="0" r="3810" b="5715"/>
                  <wp:docPr id="3" name="Image 3" descr="logo, ticari marka, metin, simge, sembol içeren bir resim  Açıklama otomatik olarak oluşturuldu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 descr="logo, ticari marka, metin, simge, sembol içeren bir resim  Açıklama otomatik olarak oluşturuldu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1915" cy="532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2" w:type="dxa"/>
            <w:vAlign w:val="center"/>
          </w:tcPr>
          <w:p w14:paraId="211E77F8" w14:textId="71E0BFA7" w:rsidR="00FD0AC7" w:rsidRDefault="00FD0AC7" w:rsidP="00FD0AC7">
            <w:pPr>
              <w:pStyle w:val="Balk2"/>
              <w:jc w:val="center"/>
            </w:pPr>
            <w:r>
              <w:t>Social Contribution Award Application Form</w:t>
            </w:r>
          </w:p>
          <w:p w14:paraId="78EA71EC" w14:textId="28ED1C18" w:rsidR="00F16502" w:rsidRDefault="00FD0AC7" w:rsidP="00FD0AC7">
            <w:pPr>
              <w:pStyle w:val="Balk2"/>
              <w:spacing w:before="0"/>
              <w:jc w:val="center"/>
            </w:pPr>
            <w:r>
              <w:t>for Graduate Thesis Projects</w:t>
            </w:r>
          </w:p>
        </w:tc>
        <w:tc>
          <w:tcPr>
            <w:tcW w:w="1556" w:type="dxa"/>
          </w:tcPr>
          <w:p w14:paraId="55215F79" w14:textId="6960718D" w:rsidR="00F16502" w:rsidRDefault="00C83CF0" w:rsidP="00C83CF0">
            <w:pPr>
              <w:pStyle w:val="Balk1"/>
            </w:pPr>
            <w:r w:rsidRPr="000653C2">
              <w:rPr>
                <w:rFonts w:ascii="Calibri" w:hAnsi="Calibri" w:cs="Calibri"/>
                <w:noProof/>
              </w:rPr>
              <w:drawing>
                <wp:inline distT="0" distB="0" distL="0" distR="0" wp14:anchorId="33F10C55" wp14:editId="53E22976">
                  <wp:extent cx="848723" cy="642230"/>
                  <wp:effectExtent l="0" t="0" r="2540" b="5715"/>
                  <wp:docPr id="1688609806" name="Resim 1" descr="logo, yazı tipi, simge, sembol, grafik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8609806" name="Resim 1" descr="logo, yazı tipi, simge, sembol, grafik içeren bir resim&#10;&#10;Açıklama otomatik olarak oluşturuldu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079" cy="654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849B71" w14:textId="214C3364" w:rsidR="00F16502" w:rsidRDefault="00F16502">
      <w:pPr>
        <w:pStyle w:val="Balk3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19"/>
        <w:gridCol w:w="4311"/>
      </w:tblGrid>
      <w:tr w:rsidR="00C83CF0" w14:paraId="4BDE1632" w14:textId="77777777" w:rsidTr="00C83CF0">
        <w:tc>
          <w:tcPr>
            <w:tcW w:w="8856" w:type="dxa"/>
            <w:gridSpan w:val="2"/>
            <w:shd w:val="clear" w:color="auto" w:fill="C6D9F1" w:themeFill="text2" w:themeFillTint="33"/>
          </w:tcPr>
          <w:p w14:paraId="7DEB6DBE" w14:textId="2CD5816D" w:rsidR="00C83CF0" w:rsidRPr="00C83CF0" w:rsidRDefault="00FD0AC7" w:rsidP="00F16502">
            <w:pPr>
              <w:rPr>
                <w:rFonts w:asciiTheme="majorHAnsi" w:hAnsiTheme="majorHAnsi" w:cstheme="majorHAnsi"/>
              </w:rPr>
            </w:pPr>
            <w:r w:rsidRPr="00FD0AC7">
              <w:rPr>
                <w:rFonts w:asciiTheme="majorHAnsi" w:hAnsiTheme="majorHAnsi" w:cstheme="majorHAnsi"/>
                <w:color w:val="548DD4" w:themeColor="text2" w:themeTint="99"/>
              </w:rPr>
              <w:t>1. Applicant Information</w:t>
            </w:r>
          </w:p>
        </w:tc>
      </w:tr>
      <w:tr w:rsidR="00F16502" w14:paraId="3C5B817B" w14:textId="77777777" w:rsidTr="00C83CF0">
        <w:tc>
          <w:tcPr>
            <w:tcW w:w="4428" w:type="dxa"/>
          </w:tcPr>
          <w:p w14:paraId="220665E4" w14:textId="7F4D9EE4" w:rsidR="00F16502" w:rsidRPr="00C83CF0" w:rsidRDefault="00FD0AC7" w:rsidP="00F16502">
            <w:pPr>
              <w:rPr>
                <w:rFonts w:asciiTheme="majorHAnsi" w:hAnsiTheme="majorHAnsi" w:cstheme="majorHAnsi"/>
              </w:rPr>
            </w:pPr>
            <w:r w:rsidRPr="00FD0AC7">
              <w:rPr>
                <w:rFonts w:asciiTheme="majorHAnsi" w:hAnsiTheme="majorHAnsi" w:cstheme="majorHAnsi"/>
              </w:rPr>
              <w:t>Full Name:</w:t>
            </w:r>
          </w:p>
        </w:tc>
        <w:tc>
          <w:tcPr>
            <w:tcW w:w="4428" w:type="dxa"/>
          </w:tcPr>
          <w:p w14:paraId="6A7F9A9E" w14:textId="77777777" w:rsidR="00F16502" w:rsidRPr="00C83CF0" w:rsidRDefault="00F16502" w:rsidP="00F16502">
            <w:pPr>
              <w:rPr>
                <w:rFonts w:asciiTheme="majorHAnsi" w:hAnsiTheme="majorHAnsi" w:cstheme="majorHAnsi"/>
              </w:rPr>
            </w:pPr>
          </w:p>
        </w:tc>
      </w:tr>
      <w:tr w:rsidR="00F16502" w14:paraId="2EBFB819" w14:textId="77777777" w:rsidTr="00C83CF0">
        <w:tc>
          <w:tcPr>
            <w:tcW w:w="4428" w:type="dxa"/>
          </w:tcPr>
          <w:p w14:paraId="1D831C9C" w14:textId="1EB0E3F1" w:rsidR="00F16502" w:rsidRPr="00C83CF0" w:rsidRDefault="00FD0AC7" w:rsidP="00F16502">
            <w:pPr>
              <w:rPr>
                <w:rFonts w:asciiTheme="majorHAnsi" w:hAnsiTheme="majorHAnsi" w:cstheme="majorHAnsi"/>
              </w:rPr>
            </w:pPr>
            <w:r w:rsidRPr="00FD0AC7">
              <w:rPr>
                <w:rFonts w:asciiTheme="majorHAnsi" w:hAnsiTheme="majorHAnsi" w:cstheme="majorHAnsi"/>
              </w:rPr>
              <w:t>E-mail:</w:t>
            </w:r>
          </w:p>
        </w:tc>
        <w:tc>
          <w:tcPr>
            <w:tcW w:w="4428" w:type="dxa"/>
          </w:tcPr>
          <w:p w14:paraId="49ED46BE" w14:textId="77777777" w:rsidR="00F16502" w:rsidRPr="00C83CF0" w:rsidRDefault="00F16502" w:rsidP="00F16502">
            <w:pPr>
              <w:rPr>
                <w:rFonts w:asciiTheme="majorHAnsi" w:hAnsiTheme="majorHAnsi" w:cstheme="majorHAnsi"/>
              </w:rPr>
            </w:pPr>
          </w:p>
        </w:tc>
      </w:tr>
      <w:tr w:rsidR="00F16502" w14:paraId="5EDF0031" w14:textId="77777777" w:rsidTr="00C83CF0">
        <w:tc>
          <w:tcPr>
            <w:tcW w:w="4428" w:type="dxa"/>
          </w:tcPr>
          <w:p w14:paraId="0C065F17" w14:textId="2D187BBB" w:rsidR="00F16502" w:rsidRPr="00C83CF0" w:rsidRDefault="00FD0AC7" w:rsidP="00F16502">
            <w:pPr>
              <w:rPr>
                <w:rFonts w:asciiTheme="majorHAnsi" w:hAnsiTheme="majorHAnsi" w:cstheme="majorHAnsi"/>
              </w:rPr>
            </w:pPr>
            <w:r w:rsidRPr="00FD0AC7">
              <w:rPr>
                <w:rFonts w:asciiTheme="majorHAnsi" w:hAnsiTheme="majorHAnsi" w:cstheme="majorHAnsi"/>
              </w:rPr>
              <w:t>Telephone:</w:t>
            </w:r>
          </w:p>
        </w:tc>
        <w:tc>
          <w:tcPr>
            <w:tcW w:w="4428" w:type="dxa"/>
          </w:tcPr>
          <w:p w14:paraId="6B7ABE2F" w14:textId="77777777" w:rsidR="00F16502" w:rsidRPr="00C83CF0" w:rsidRDefault="00F16502" w:rsidP="00F16502">
            <w:pPr>
              <w:rPr>
                <w:rFonts w:asciiTheme="majorHAnsi" w:hAnsiTheme="majorHAnsi" w:cstheme="majorHAnsi"/>
              </w:rPr>
            </w:pPr>
          </w:p>
        </w:tc>
      </w:tr>
      <w:tr w:rsidR="00F16502" w14:paraId="05DC05A7" w14:textId="77777777" w:rsidTr="00C83CF0">
        <w:tc>
          <w:tcPr>
            <w:tcW w:w="4428" w:type="dxa"/>
          </w:tcPr>
          <w:p w14:paraId="2C174007" w14:textId="06DE3011" w:rsidR="00F16502" w:rsidRPr="00C83CF0" w:rsidRDefault="00FD0AC7" w:rsidP="00F16502">
            <w:pPr>
              <w:rPr>
                <w:rFonts w:asciiTheme="majorHAnsi" w:hAnsiTheme="majorHAnsi" w:cstheme="majorHAnsi"/>
              </w:rPr>
            </w:pPr>
            <w:r w:rsidRPr="00FD0AC7">
              <w:rPr>
                <w:rFonts w:asciiTheme="majorHAnsi" w:hAnsiTheme="majorHAnsi" w:cstheme="majorHAnsi"/>
              </w:rPr>
              <w:t>Affiliated Institute:</w:t>
            </w:r>
          </w:p>
        </w:tc>
        <w:tc>
          <w:tcPr>
            <w:tcW w:w="4428" w:type="dxa"/>
          </w:tcPr>
          <w:p w14:paraId="1300196C" w14:textId="77777777" w:rsidR="00F16502" w:rsidRPr="00C83CF0" w:rsidRDefault="00F16502" w:rsidP="00F16502">
            <w:pPr>
              <w:rPr>
                <w:rFonts w:asciiTheme="majorHAnsi" w:hAnsiTheme="majorHAnsi" w:cstheme="majorHAnsi"/>
              </w:rPr>
            </w:pPr>
          </w:p>
        </w:tc>
      </w:tr>
      <w:tr w:rsidR="00F16502" w14:paraId="657387DE" w14:textId="77777777" w:rsidTr="00C83CF0">
        <w:tc>
          <w:tcPr>
            <w:tcW w:w="4428" w:type="dxa"/>
          </w:tcPr>
          <w:p w14:paraId="64D17ABC" w14:textId="69C64C85" w:rsidR="00F16502" w:rsidRPr="00C83CF0" w:rsidRDefault="00FD0AC7" w:rsidP="00F16502">
            <w:pPr>
              <w:rPr>
                <w:rFonts w:asciiTheme="majorHAnsi" w:hAnsiTheme="majorHAnsi" w:cstheme="majorHAnsi"/>
              </w:rPr>
            </w:pPr>
            <w:r w:rsidRPr="00FD0AC7">
              <w:rPr>
                <w:rFonts w:asciiTheme="majorHAnsi" w:hAnsiTheme="majorHAnsi" w:cstheme="majorHAnsi"/>
              </w:rPr>
              <w:t>Department:</w:t>
            </w:r>
          </w:p>
        </w:tc>
        <w:tc>
          <w:tcPr>
            <w:tcW w:w="4428" w:type="dxa"/>
          </w:tcPr>
          <w:p w14:paraId="535E586F" w14:textId="77777777" w:rsidR="00F16502" w:rsidRPr="00C83CF0" w:rsidRDefault="00F16502" w:rsidP="00F16502">
            <w:pPr>
              <w:rPr>
                <w:rFonts w:asciiTheme="majorHAnsi" w:hAnsiTheme="majorHAnsi" w:cstheme="majorHAnsi"/>
              </w:rPr>
            </w:pPr>
          </w:p>
        </w:tc>
      </w:tr>
      <w:tr w:rsidR="00F16502" w14:paraId="1E33B5C0" w14:textId="77777777" w:rsidTr="00C83CF0">
        <w:tc>
          <w:tcPr>
            <w:tcW w:w="4428" w:type="dxa"/>
          </w:tcPr>
          <w:p w14:paraId="1C303EEB" w14:textId="0DE02149" w:rsidR="00F16502" w:rsidRPr="00C83CF0" w:rsidRDefault="00FD0AC7" w:rsidP="00F16502">
            <w:pPr>
              <w:rPr>
                <w:rFonts w:asciiTheme="majorHAnsi" w:hAnsiTheme="majorHAnsi" w:cstheme="majorHAnsi"/>
              </w:rPr>
            </w:pPr>
            <w:r w:rsidRPr="00FD0AC7">
              <w:rPr>
                <w:rFonts w:asciiTheme="majorHAnsi" w:hAnsiTheme="majorHAnsi" w:cstheme="majorHAnsi"/>
              </w:rPr>
              <w:t>Name(s) of Advisor(s):</w:t>
            </w:r>
          </w:p>
        </w:tc>
        <w:tc>
          <w:tcPr>
            <w:tcW w:w="4428" w:type="dxa"/>
          </w:tcPr>
          <w:p w14:paraId="01EA8D19" w14:textId="77777777" w:rsidR="00F16502" w:rsidRPr="00C83CF0" w:rsidRDefault="00F16502" w:rsidP="00F16502">
            <w:pPr>
              <w:rPr>
                <w:rFonts w:asciiTheme="majorHAnsi" w:hAnsiTheme="majorHAnsi" w:cstheme="majorHAnsi"/>
              </w:rPr>
            </w:pPr>
          </w:p>
        </w:tc>
      </w:tr>
      <w:tr w:rsidR="00C83CF0" w14:paraId="2A116145" w14:textId="77777777" w:rsidTr="00C83CF0">
        <w:tc>
          <w:tcPr>
            <w:tcW w:w="8856" w:type="dxa"/>
            <w:gridSpan w:val="2"/>
            <w:shd w:val="clear" w:color="auto" w:fill="C6D9F1" w:themeFill="text2" w:themeFillTint="33"/>
          </w:tcPr>
          <w:p w14:paraId="12282B4A" w14:textId="3186E54F" w:rsidR="00C83CF0" w:rsidRPr="00C83CF0" w:rsidRDefault="00FD0AC7" w:rsidP="00F16502">
            <w:pPr>
              <w:rPr>
                <w:rFonts w:asciiTheme="majorHAnsi" w:hAnsiTheme="majorHAnsi" w:cstheme="majorHAnsi"/>
              </w:rPr>
            </w:pPr>
            <w:r w:rsidRPr="00FD0AC7">
              <w:rPr>
                <w:rFonts w:asciiTheme="majorHAnsi" w:hAnsiTheme="majorHAnsi" w:cstheme="majorHAnsi"/>
                <w:color w:val="548DD4" w:themeColor="text2" w:themeTint="99"/>
              </w:rPr>
              <w:t>2. Thesis Information</w:t>
            </w:r>
          </w:p>
        </w:tc>
      </w:tr>
      <w:tr w:rsidR="00F16502" w14:paraId="3D2B8583" w14:textId="77777777" w:rsidTr="00C83CF0">
        <w:tc>
          <w:tcPr>
            <w:tcW w:w="4428" w:type="dxa"/>
          </w:tcPr>
          <w:p w14:paraId="4B42E903" w14:textId="75D7CE89" w:rsidR="00F16502" w:rsidRPr="00C83CF0" w:rsidRDefault="00FD0AC7" w:rsidP="00F16502">
            <w:pPr>
              <w:rPr>
                <w:rFonts w:asciiTheme="majorHAnsi" w:hAnsiTheme="majorHAnsi" w:cstheme="majorHAnsi"/>
              </w:rPr>
            </w:pPr>
            <w:r w:rsidRPr="00FD0AC7">
              <w:rPr>
                <w:rFonts w:asciiTheme="majorHAnsi" w:hAnsiTheme="majorHAnsi" w:cstheme="majorHAnsi"/>
              </w:rPr>
              <w:t>Thesis Title:</w:t>
            </w:r>
          </w:p>
        </w:tc>
        <w:tc>
          <w:tcPr>
            <w:tcW w:w="4428" w:type="dxa"/>
          </w:tcPr>
          <w:p w14:paraId="60F1F406" w14:textId="77777777" w:rsidR="00F16502" w:rsidRPr="00C83CF0" w:rsidRDefault="00F16502" w:rsidP="00F16502">
            <w:pPr>
              <w:rPr>
                <w:rFonts w:asciiTheme="majorHAnsi" w:hAnsiTheme="majorHAnsi" w:cstheme="majorHAnsi"/>
              </w:rPr>
            </w:pPr>
          </w:p>
        </w:tc>
      </w:tr>
      <w:tr w:rsidR="00F16502" w14:paraId="06F00CD1" w14:textId="77777777" w:rsidTr="00C83CF0">
        <w:tc>
          <w:tcPr>
            <w:tcW w:w="4428" w:type="dxa"/>
          </w:tcPr>
          <w:p w14:paraId="5C892255" w14:textId="43B20944" w:rsidR="00F16502" w:rsidRPr="00C83CF0" w:rsidRDefault="00FD0AC7" w:rsidP="00F16502">
            <w:pPr>
              <w:rPr>
                <w:rFonts w:asciiTheme="majorHAnsi" w:hAnsiTheme="majorHAnsi" w:cstheme="majorHAnsi"/>
              </w:rPr>
            </w:pPr>
            <w:r w:rsidRPr="00FD0AC7">
              <w:rPr>
                <w:rFonts w:asciiTheme="majorHAnsi" w:hAnsiTheme="majorHAnsi" w:cstheme="majorHAnsi"/>
              </w:rPr>
              <w:t>Thesis Type:</w:t>
            </w:r>
          </w:p>
        </w:tc>
        <w:tc>
          <w:tcPr>
            <w:tcW w:w="4428" w:type="dxa"/>
          </w:tcPr>
          <w:p w14:paraId="13F707B9" w14:textId="4D57632F" w:rsidR="00F16502" w:rsidRPr="00C83CF0" w:rsidRDefault="00F16502" w:rsidP="00F16502">
            <w:pPr>
              <w:rPr>
                <w:rFonts w:asciiTheme="majorHAnsi" w:hAnsiTheme="majorHAnsi" w:cstheme="majorHAnsi"/>
              </w:rPr>
            </w:pPr>
            <w:r w:rsidRPr="00C83CF0">
              <w:rPr>
                <w:rFonts w:ascii="Segoe UI Symbol" w:hAnsi="Segoe UI Symbol" w:cs="Segoe UI Symbol"/>
              </w:rPr>
              <w:t>☐</w:t>
            </w:r>
            <w:r w:rsidRPr="00C83CF0">
              <w:rPr>
                <w:rFonts w:asciiTheme="majorHAnsi" w:hAnsiTheme="majorHAnsi" w:cstheme="majorHAnsi"/>
              </w:rPr>
              <w:t xml:space="preserve"> </w:t>
            </w:r>
            <w:r w:rsidR="00FD0AC7" w:rsidRPr="00FD0AC7">
              <w:rPr>
                <w:rFonts w:asciiTheme="majorHAnsi" w:hAnsiTheme="majorHAnsi" w:cstheme="majorHAnsi"/>
              </w:rPr>
              <w:t>master's student</w:t>
            </w:r>
            <w:r w:rsidR="00FD0AC7" w:rsidRPr="00FD0AC7">
              <w:rPr>
                <w:rFonts w:asciiTheme="majorHAnsi" w:hAnsiTheme="majorHAnsi" w:cstheme="majorHAnsi"/>
              </w:rPr>
              <w:t xml:space="preserve"> </w:t>
            </w:r>
            <w:r w:rsidRPr="00C83CF0">
              <w:rPr>
                <w:rFonts w:ascii="Segoe UI Symbol" w:hAnsi="Segoe UI Symbol" w:cs="Segoe UI Symbol"/>
              </w:rPr>
              <w:t>☐</w:t>
            </w:r>
            <w:r w:rsidRPr="00C83CF0">
              <w:rPr>
                <w:rFonts w:asciiTheme="majorHAnsi" w:hAnsiTheme="majorHAnsi" w:cstheme="majorHAnsi"/>
              </w:rPr>
              <w:t xml:space="preserve"> </w:t>
            </w:r>
            <w:r w:rsidR="00BE6DD7" w:rsidRPr="00BE6DD7">
              <w:rPr>
                <w:rFonts w:asciiTheme="majorHAnsi" w:hAnsiTheme="majorHAnsi" w:cstheme="majorHAnsi"/>
              </w:rPr>
              <w:t>PhD student</w:t>
            </w:r>
          </w:p>
        </w:tc>
      </w:tr>
      <w:tr w:rsidR="00F16502" w14:paraId="0C0079B6" w14:textId="77777777" w:rsidTr="00C83CF0">
        <w:tc>
          <w:tcPr>
            <w:tcW w:w="4428" w:type="dxa"/>
          </w:tcPr>
          <w:p w14:paraId="6DAB2332" w14:textId="33657122" w:rsidR="00F16502" w:rsidRPr="00C83CF0" w:rsidRDefault="00FD0AC7" w:rsidP="00F16502">
            <w:pPr>
              <w:rPr>
                <w:rFonts w:asciiTheme="majorHAnsi" w:hAnsiTheme="majorHAnsi" w:cstheme="majorHAnsi"/>
              </w:rPr>
            </w:pPr>
            <w:r w:rsidRPr="00FD0AC7">
              <w:rPr>
                <w:rFonts w:asciiTheme="majorHAnsi" w:hAnsiTheme="majorHAnsi" w:cstheme="majorHAnsi"/>
              </w:rPr>
              <w:t>Thesis Completion Date:</w:t>
            </w:r>
          </w:p>
        </w:tc>
        <w:tc>
          <w:tcPr>
            <w:tcW w:w="4428" w:type="dxa"/>
          </w:tcPr>
          <w:p w14:paraId="59722BA0" w14:textId="77777777" w:rsidR="00F16502" w:rsidRPr="00C83CF0" w:rsidRDefault="00F16502" w:rsidP="00F16502">
            <w:pPr>
              <w:rPr>
                <w:rFonts w:asciiTheme="majorHAnsi" w:hAnsiTheme="majorHAnsi" w:cstheme="majorHAnsi"/>
              </w:rPr>
            </w:pPr>
          </w:p>
        </w:tc>
      </w:tr>
      <w:tr w:rsidR="00C83CF0" w14:paraId="708AF8E6" w14:textId="77777777" w:rsidTr="00C83CF0">
        <w:tc>
          <w:tcPr>
            <w:tcW w:w="8856" w:type="dxa"/>
            <w:gridSpan w:val="2"/>
            <w:shd w:val="clear" w:color="auto" w:fill="C6D9F1" w:themeFill="text2" w:themeFillTint="33"/>
          </w:tcPr>
          <w:p w14:paraId="52A72032" w14:textId="5841151E" w:rsidR="00C83CF0" w:rsidRPr="00C83CF0" w:rsidRDefault="00BE6DD7" w:rsidP="00F16502">
            <w:pPr>
              <w:rPr>
                <w:rFonts w:asciiTheme="majorHAnsi" w:hAnsiTheme="majorHAnsi" w:cstheme="majorHAnsi"/>
              </w:rPr>
            </w:pPr>
            <w:r w:rsidRPr="00BE6DD7">
              <w:rPr>
                <w:rFonts w:asciiTheme="majorHAnsi" w:hAnsiTheme="majorHAnsi" w:cstheme="majorHAnsi"/>
                <w:color w:val="0070C0"/>
              </w:rPr>
              <w:t>Status of the Thesis's Conversion into a Publication</w:t>
            </w:r>
          </w:p>
        </w:tc>
      </w:tr>
      <w:tr w:rsidR="00F16502" w14:paraId="1D0F0CFF" w14:textId="77777777" w:rsidTr="00C83CF0">
        <w:tc>
          <w:tcPr>
            <w:tcW w:w="4428" w:type="dxa"/>
          </w:tcPr>
          <w:p w14:paraId="6A69A4AC" w14:textId="1C68AD3A" w:rsidR="00F16502" w:rsidRPr="00C83CF0" w:rsidRDefault="00BE6DD7" w:rsidP="00F16502">
            <w:pPr>
              <w:pStyle w:val="Balk3"/>
              <w:rPr>
                <w:rFonts w:cstheme="majorHAnsi"/>
                <w:b w:val="0"/>
                <w:bCs w:val="0"/>
                <w:color w:val="000000" w:themeColor="text1"/>
              </w:rPr>
            </w:pPr>
            <w:r w:rsidRPr="00BE6DD7">
              <w:rPr>
                <w:rFonts w:cstheme="majorHAnsi"/>
                <w:b w:val="0"/>
                <w:bCs w:val="0"/>
                <w:color w:val="000000" w:themeColor="text1"/>
              </w:rPr>
              <w:t>Publication format</w:t>
            </w:r>
          </w:p>
        </w:tc>
        <w:tc>
          <w:tcPr>
            <w:tcW w:w="4428" w:type="dxa"/>
          </w:tcPr>
          <w:p w14:paraId="04632299" w14:textId="7F2C8677" w:rsidR="00F16502" w:rsidRPr="00C83CF0" w:rsidRDefault="00F16502" w:rsidP="00F16502">
            <w:pPr>
              <w:rPr>
                <w:rFonts w:asciiTheme="majorHAnsi" w:hAnsiTheme="majorHAnsi" w:cstheme="majorHAnsi"/>
              </w:rPr>
            </w:pPr>
            <w:r w:rsidRPr="00C83CF0">
              <w:rPr>
                <w:rFonts w:ascii="Segoe UI Symbol" w:hAnsi="Segoe UI Symbol" w:cs="Segoe UI Symbol"/>
              </w:rPr>
              <w:t>☐</w:t>
            </w:r>
            <w:r w:rsidRPr="00C83CF0">
              <w:rPr>
                <w:rFonts w:asciiTheme="majorHAnsi" w:hAnsiTheme="majorHAnsi" w:cstheme="majorHAnsi"/>
              </w:rPr>
              <w:t xml:space="preserve"> </w:t>
            </w:r>
            <w:r w:rsidR="00BE6DD7" w:rsidRPr="00BE6DD7">
              <w:rPr>
                <w:rFonts w:asciiTheme="majorHAnsi" w:hAnsiTheme="majorHAnsi" w:cstheme="majorHAnsi"/>
              </w:rPr>
              <w:t>International Article</w:t>
            </w:r>
          </w:p>
          <w:p w14:paraId="4C792B70" w14:textId="1109854D" w:rsidR="00F16502" w:rsidRPr="00C83CF0" w:rsidRDefault="00F16502" w:rsidP="00F16502">
            <w:pPr>
              <w:rPr>
                <w:rFonts w:asciiTheme="majorHAnsi" w:hAnsiTheme="majorHAnsi" w:cstheme="majorHAnsi"/>
              </w:rPr>
            </w:pPr>
            <w:r w:rsidRPr="00C83CF0">
              <w:rPr>
                <w:rFonts w:ascii="Segoe UI Symbol" w:hAnsi="Segoe UI Symbol" w:cs="Segoe UI Symbol"/>
              </w:rPr>
              <w:t>☐</w:t>
            </w:r>
            <w:r w:rsidRPr="00C83CF0">
              <w:rPr>
                <w:rFonts w:asciiTheme="majorHAnsi" w:hAnsiTheme="majorHAnsi" w:cstheme="majorHAnsi"/>
              </w:rPr>
              <w:t xml:space="preserve"> </w:t>
            </w:r>
            <w:r w:rsidR="00BE6DD7" w:rsidRPr="00BE6DD7">
              <w:rPr>
                <w:rFonts w:asciiTheme="majorHAnsi" w:hAnsiTheme="majorHAnsi" w:cstheme="majorHAnsi"/>
              </w:rPr>
              <w:t>National Article</w:t>
            </w:r>
          </w:p>
          <w:p w14:paraId="41F2D351" w14:textId="7CA4E215" w:rsidR="00F16502" w:rsidRPr="00C83CF0" w:rsidRDefault="00F16502" w:rsidP="00F16502">
            <w:pPr>
              <w:rPr>
                <w:rFonts w:asciiTheme="majorHAnsi" w:hAnsiTheme="majorHAnsi" w:cstheme="majorHAnsi"/>
              </w:rPr>
            </w:pPr>
            <w:r w:rsidRPr="00C83CF0">
              <w:rPr>
                <w:rFonts w:ascii="Segoe UI Symbol" w:hAnsi="Segoe UI Symbol" w:cs="Segoe UI Symbol"/>
              </w:rPr>
              <w:t>☐</w:t>
            </w:r>
            <w:r w:rsidRPr="00C83CF0">
              <w:rPr>
                <w:rFonts w:asciiTheme="majorHAnsi" w:hAnsiTheme="majorHAnsi" w:cstheme="majorHAnsi"/>
              </w:rPr>
              <w:t xml:space="preserve"> </w:t>
            </w:r>
            <w:r w:rsidR="00BE6DD7" w:rsidRPr="00BE6DD7">
              <w:rPr>
                <w:rFonts w:asciiTheme="majorHAnsi" w:hAnsiTheme="majorHAnsi" w:cstheme="majorHAnsi"/>
              </w:rPr>
              <w:t>Book Chapter</w:t>
            </w:r>
          </w:p>
          <w:p w14:paraId="7A634A11" w14:textId="77777777" w:rsidR="00F16502" w:rsidRPr="00C83CF0" w:rsidRDefault="00F16502" w:rsidP="00F16502">
            <w:pPr>
              <w:rPr>
                <w:rFonts w:asciiTheme="majorHAnsi" w:hAnsiTheme="majorHAnsi" w:cstheme="majorHAnsi"/>
              </w:rPr>
            </w:pPr>
            <w:r w:rsidRPr="00C83CF0">
              <w:rPr>
                <w:rFonts w:ascii="Segoe UI Symbol" w:hAnsi="Segoe UI Symbol" w:cs="Segoe UI Symbol"/>
              </w:rPr>
              <w:t>☐</w:t>
            </w:r>
            <w:r w:rsidRPr="00C83CF0">
              <w:rPr>
                <w:rFonts w:asciiTheme="majorHAnsi" w:hAnsiTheme="majorHAnsi" w:cstheme="majorHAnsi"/>
              </w:rPr>
              <w:t xml:space="preserve"> Patent </w:t>
            </w:r>
          </w:p>
          <w:p w14:paraId="62E0BF47" w14:textId="5B619234" w:rsidR="00F16502" w:rsidRPr="00C83CF0" w:rsidRDefault="00F16502" w:rsidP="00F16502">
            <w:pPr>
              <w:rPr>
                <w:rFonts w:asciiTheme="majorHAnsi" w:hAnsiTheme="majorHAnsi" w:cstheme="majorHAnsi"/>
              </w:rPr>
            </w:pPr>
            <w:r w:rsidRPr="00C83CF0">
              <w:rPr>
                <w:rFonts w:ascii="Segoe UI Symbol" w:hAnsi="Segoe UI Symbol" w:cs="Segoe UI Symbol"/>
              </w:rPr>
              <w:t>☐</w:t>
            </w:r>
            <w:r w:rsidRPr="00C83CF0">
              <w:rPr>
                <w:rFonts w:asciiTheme="majorHAnsi" w:hAnsiTheme="majorHAnsi" w:cstheme="majorHAnsi"/>
              </w:rPr>
              <w:t xml:space="preserve"> </w:t>
            </w:r>
            <w:r w:rsidR="00BE6DD7" w:rsidRPr="00BE6DD7">
              <w:rPr>
                <w:rFonts w:asciiTheme="majorHAnsi" w:hAnsiTheme="majorHAnsi" w:cstheme="majorHAnsi"/>
              </w:rPr>
              <w:t>Other</w:t>
            </w:r>
            <w:r w:rsidRPr="00C83CF0">
              <w:rPr>
                <w:rFonts w:asciiTheme="majorHAnsi" w:hAnsiTheme="majorHAnsi" w:cstheme="majorHAnsi"/>
              </w:rPr>
              <w:t>: …………………</w:t>
            </w:r>
          </w:p>
          <w:p w14:paraId="71DF42B5" w14:textId="77777777" w:rsidR="00F16502" w:rsidRPr="00C83CF0" w:rsidRDefault="00F16502" w:rsidP="00F16502">
            <w:pPr>
              <w:rPr>
                <w:rFonts w:asciiTheme="majorHAnsi" w:hAnsiTheme="majorHAnsi" w:cstheme="majorHAnsi"/>
              </w:rPr>
            </w:pPr>
          </w:p>
        </w:tc>
      </w:tr>
      <w:tr w:rsidR="00F16502" w14:paraId="50F731B3" w14:textId="77777777" w:rsidTr="00C83CF0">
        <w:tc>
          <w:tcPr>
            <w:tcW w:w="4428" w:type="dxa"/>
          </w:tcPr>
          <w:p w14:paraId="4A22E776" w14:textId="474D0ADA" w:rsidR="00F16502" w:rsidRPr="00C83CF0" w:rsidRDefault="00BE6DD7" w:rsidP="00F16502">
            <w:pPr>
              <w:pStyle w:val="Balk3"/>
              <w:rPr>
                <w:rFonts w:cstheme="majorHAnsi"/>
                <w:b w:val="0"/>
                <w:bCs w:val="0"/>
                <w:color w:val="000000" w:themeColor="text1"/>
              </w:rPr>
            </w:pPr>
            <w:r w:rsidRPr="00BE6DD7">
              <w:rPr>
                <w:rFonts w:cstheme="majorHAnsi"/>
                <w:b w:val="0"/>
                <w:bCs w:val="0"/>
                <w:color w:val="000000" w:themeColor="text1"/>
              </w:rPr>
              <w:t>Link to the broadcast:</w:t>
            </w:r>
          </w:p>
        </w:tc>
        <w:tc>
          <w:tcPr>
            <w:tcW w:w="4428" w:type="dxa"/>
          </w:tcPr>
          <w:p w14:paraId="3816779A" w14:textId="77777777" w:rsidR="00F16502" w:rsidRPr="00C83CF0" w:rsidRDefault="00F16502" w:rsidP="00F16502">
            <w:pPr>
              <w:rPr>
                <w:rFonts w:asciiTheme="majorHAnsi" w:hAnsiTheme="majorHAnsi" w:cstheme="majorHAnsi"/>
              </w:rPr>
            </w:pPr>
          </w:p>
        </w:tc>
      </w:tr>
      <w:tr w:rsidR="00C83CF0" w14:paraId="39C1B5FE" w14:textId="77777777" w:rsidTr="00C83CF0">
        <w:tc>
          <w:tcPr>
            <w:tcW w:w="8856" w:type="dxa"/>
            <w:gridSpan w:val="2"/>
            <w:shd w:val="clear" w:color="auto" w:fill="C6D9F1" w:themeFill="text2" w:themeFillTint="33"/>
          </w:tcPr>
          <w:p w14:paraId="07E00F90" w14:textId="2818A521" w:rsidR="00C83CF0" w:rsidRPr="00C83CF0" w:rsidRDefault="00BE6DD7" w:rsidP="00F16502">
            <w:pPr>
              <w:rPr>
                <w:rFonts w:asciiTheme="majorHAnsi" w:hAnsiTheme="majorHAnsi" w:cstheme="majorHAnsi"/>
              </w:rPr>
            </w:pPr>
            <w:r w:rsidRPr="00BE6DD7">
              <w:rPr>
                <w:rFonts w:asciiTheme="majorHAnsi" w:hAnsiTheme="majorHAnsi" w:cstheme="majorHAnsi"/>
                <w:color w:val="548DD4" w:themeColor="text2" w:themeTint="99"/>
              </w:rPr>
              <w:t>3. Content of Societal Contribution</w:t>
            </w:r>
          </w:p>
        </w:tc>
      </w:tr>
      <w:tr w:rsidR="00F16502" w14:paraId="45C964EB" w14:textId="77777777" w:rsidTr="00C83CF0">
        <w:tc>
          <w:tcPr>
            <w:tcW w:w="4428" w:type="dxa"/>
          </w:tcPr>
          <w:p w14:paraId="519E619E" w14:textId="7511DA32" w:rsidR="00F16502" w:rsidRPr="00C83CF0" w:rsidRDefault="00BE6DD7" w:rsidP="00F16502">
            <w:pPr>
              <w:rPr>
                <w:rFonts w:asciiTheme="majorHAnsi" w:hAnsiTheme="majorHAnsi" w:cstheme="majorHAnsi"/>
              </w:rPr>
            </w:pPr>
            <w:r w:rsidRPr="00BE6DD7">
              <w:rPr>
                <w:rFonts w:asciiTheme="majorHAnsi" w:hAnsiTheme="majorHAnsi" w:cstheme="majorHAnsi"/>
              </w:rPr>
              <w:t>Area of ​​societal contribution of the thesis:</w:t>
            </w:r>
          </w:p>
        </w:tc>
        <w:tc>
          <w:tcPr>
            <w:tcW w:w="4428" w:type="dxa"/>
          </w:tcPr>
          <w:p w14:paraId="000A1393" w14:textId="29A4A5BF" w:rsidR="00F16502" w:rsidRPr="00C83CF0" w:rsidRDefault="00F16502" w:rsidP="00F16502">
            <w:pPr>
              <w:rPr>
                <w:rFonts w:asciiTheme="majorHAnsi" w:hAnsiTheme="majorHAnsi" w:cstheme="majorHAnsi"/>
              </w:rPr>
            </w:pPr>
            <w:r w:rsidRPr="00C83CF0">
              <w:rPr>
                <w:rFonts w:ascii="Segoe UI Symbol" w:hAnsi="Segoe UI Symbol" w:cs="Segoe UI Symbol"/>
              </w:rPr>
              <w:t>☐</w:t>
            </w:r>
            <w:r w:rsidRPr="00C83CF0">
              <w:rPr>
                <w:rFonts w:asciiTheme="majorHAnsi" w:hAnsiTheme="majorHAnsi" w:cstheme="majorHAnsi"/>
              </w:rPr>
              <w:t xml:space="preserve"> </w:t>
            </w:r>
            <w:r w:rsidR="00BE6DD7" w:rsidRPr="00BE6DD7">
              <w:rPr>
                <w:rFonts w:asciiTheme="majorHAnsi" w:hAnsiTheme="majorHAnsi" w:cstheme="majorHAnsi"/>
              </w:rPr>
              <w:t>Healthcare service improvement</w:t>
            </w:r>
            <w:r w:rsidRPr="00C83CF0">
              <w:rPr>
                <w:rFonts w:asciiTheme="majorHAnsi" w:hAnsiTheme="majorHAnsi" w:cstheme="majorHAnsi"/>
              </w:rPr>
              <w:br/>
            </w:r>
            <w:r w:rsidRPr="00C83CF0">
              <w:rPr>
                <w:rFonts w:ascii="Segoe UI Symbol" w:hAnsi="Segoe UI Symbol" w:cs="Segoe UI Symbol"/>
              </w:rPr>
              <w:t>☐</w:t>
            </w:r>
            <w:r w:rsidRPr="00C83CF0">
              <w:rPr>
                <w:rFonts w:asciiTheme="majorHAnsi" w:hAnsiTheme="majorHAnsi" w:cstheme="majorHAnsi"/>
              </w:rPr>
              <w:t xml:space="preserve"> </w:t>
            </w:r>
            <w:r w:rsidR="00BE6DD7" w:rsidRPr="00BE6DD7">
              <w:rPr>
                <w:rFonts w:asciiTheme="majorHAnsi" w:hAnsiTheme="majorHAnsi" w:cstheme="majorHAnsi"/>
              </w:rPr>
              <w:t>Education / Awareness</w:t>
            </w:r>
            <w:r w:rsidRPr="00C83CF0">
              <w:rPr>
                <w:rFonts w:asciiTheme="majorHAnsi" w:hAnsiTheme="majorHAnsi" w:cstheme="majorHAnsi"/>
              </w:rPr>
              <w:br/>
            </w:r>
            <w:r w:rsidRPr="00C83CF0">
              <w:rPr>
                <w:rFonts w:ascii="Segoe UI Symbol" w:hAnsi="Segoe UI Symbol" w:cs="Segoe UI Symbol"/>
              </w:rPr>
              <w:t>☐</w:t>
            </w:r>
            <w:r w:rsidRPr="00C83CF0">
              <w:rPr>
                <w:rFonts w:asciiTheme="majorHAnsi" w:hAnsiTheme="majorHAnsi" w:cstheme="majorHAnsi"/>
              </w:rPr>
              <w:t xml:space="preserve"> </w:t>
            </w:r>
            <w:r w:rsidR="00BE6DD7" w:rsidRPr="00BE6DD7">
              <w:rPr>
                <w:rFonts w:asciiTheme="majorHAnsi" w:hAnsiTheme="majorHAnsi" w:cstheme="majorHAnsi"/>
              </w:rPr>
              <w:t>Technological innovation / Equipment</w:t>
            </w:r>
            <w:r w:rsidRPr="00C83CF0">
              <w:rPr>
                <w:rFonts w:asciiTheme="majorHAnsi" w:hAnsiTheme="majorHAnsi" w:cstheme="majorHAnsi"/>
              </w:rPr>
              <w:br/>
            </w:r>
            <w:r w:rsidRPr="00C83CF0">
              <w:rPr>
                <w:rFonts w:ascii="Segoe UI Symbol" w:hAnsi="Segoe UI Symbol" w:cs="Segoe UI Symbol"/>
              </w:rPr>
              <w:t>☐</w:t>
            </w:r>
            <w:r w:rsidRPr="00C83CF0">
              <w:rPr>
                <w:rFonts w:asciiTheme="majorHAnsi" w:hAnsiTheme="majorHAnsi" w:cstheme="majorHAnsi"/>
              </w:rPr>
              <w:t xml:space="preserve"> </w:t>
            </w:r>
            <w:r w:rsidR="00BE6DD7" w:rsidRPr="00BE6DD7">
              <w:rPr>
                <w:rFonts w:asciiTheme="majorHAnsi" w:hAnsiTheme="majorHAnsi" w:cstheme="majorHAnsi"/>
              </w:rPr>
              <w:t>Policy / Protocol development</w:t>
            </w:r>
            <w:r w:rsidRPr="00C83CF0">
              <w:rPr>
                <w:rFonts w:asciiTheme="majorHAnsi" w:hAnsiTheme="majorHAnsi" w:cstheme="majorHAnsi"/>
              </w:rPr>
              <w:br/>
            </w:r>
            <w:r w:rsidRPr="00C83CF0">
              <w:rPr>
                <w:rFonts w:ascii="Segoe UI Symbol" w:hAnsi="Segoe UI Symbol" w:cs="Segoe UI Symbol"/>
              </w:rPr>
              <w:t>☐</w:t>
            </w:r>
            <w:r w:rsidRPr="00C83CF0">
              <w:rPr>
                <w:rFonts w:asciiTheme="majorHAnsi" w:hAnsiTheme="majorHAnsi" w:cstheme="majorHAnsi"/>
              </w:rPr>
              <w:t xml:space="preserve"> </w:t>
            </w:r>
            <w:r w:rsidR="00BE6DD7" w:rsidRPr="00BE6DD7">
              <w:rPr>
                <w:rFonts w:asciiTheme="majorHAnsi" w:hAnsiTheme="majorHAnsi" w:cstheme="majorHAnsi"/>
              </w:rPr>
              <w:t>Other</w:t>
            </w:r>
            <w:r w:rsidRPr="00C83CF0">
              <w:rPr>
                <w:rFonts w:asciiTheme="majorHAnsi" w:hAnsiTheme="majorHAnsi" w:cstheme="majorHAnsi"/>
              </w:rPr>
              <w:t>: …………………</w:t>
            </w:r>
          </w:p>
          <w:p w14:paraId="4413C716" w14:textId="1D9D8C9A" w:rsidR="00F16502" w:rsidRPr="00C83CF0" w:rsidRDefault="00F16502" w:rsidP="00F16502">
            <w:pPr>
              <w:rPr>
                <w:rFonts w:asciiTheme="majorHAnsi" w:hAnsiTheme="majorHAnsi" w:cstheme="majorHAnsi"/>
              </w:rPr>
            </w:pPr>
          </w:p>
        </w:tc>
      </w:tr>
      <w:tr w:rsidR="00F16502" w14:paraId="34F79883" w14:textId="77777777" w:rsidTr="00C83CF0">
        <w:tc>
          <w:tcPr>
            <w:tcW w:w="4428" w:type="dxa"/>
          </w:tcPr>
          <w:p w14:paraId="0A6759B3" w14:textId="3E533E6B" w:rsidR="00F16502" w:rsidRPr="00C83CF0" w:rsidRDefault="00BE6DD7" w:rsidP="00F16502">
            <w:pPr>
              <w:rPr>
                <w:rFonts w:asciiTheme="majorHAnsi" w:hAnsiTheme="majorHAnsi" w:cstheme="majorHAnsi"/>
              </w:rPr>
            </w:pPr>
            <w:r w:rsidRPr="00BE6DD7">
              <w:rPr>
                <w:rFonts w:asciiTheme="majorHAnsi" w:hAnsiTheme="majorHAnsi" w:cstheme="majorHAnsi"/>
              </w:rPr>
              <w:t>Target group for societal contribution: (e.g., patients, students, the community, healthcare professionals, etc.):</w:t>
            </w:r>
          </w:p>
        </w:tc>
        <w:tc>
          <w:tcPr>
            <w:tcW w:w="4428" w:type="dxa"/>
          </w:tcPr>
          <w:p w14:paraId="39E8D9C8" w14:textId="77777777" w:rsidR="00F16502" w:rsidRPr="00C83CF0" w:rsidRDefault="00F16502" w:rsidP="00F16502">
            <w:pPr>
              <w:rPr>
                <w:rFonts w:asciiTheme="majorHAnsi" w:hAnsiTheme="majorHAnsi" w:cstheme="majorHAnsi"/>
              </w:rPr>
            </w:pPr>
          </w:p>
        </w:tc>
      </w:tr>
      <w:tr w:rsidR="00F16502" w14:paraId="48840F0C" w14:textId="77777777" w:rsidTr="00C83CF0">
        <w:tc>
          <w:tcPr>
            <w:tcW w:w="4428" w:type="dxa"/>
          </w:tcPr>
          <w:p w14:paraId="5CEC6BB7" w14:textId="1F039A42" w:rsidR="00F16502" w:rsidRPr="00C83CF0" w:rsidRDefault="00BE6DD7" w:rsidP="00F16502">
            <w:pPr>
              <w:rPr>
                <w:rFonts w:asciiTheme="majorHAnsi" w:hAnsiTheme="majorHAnsi" w:cstheme="majorHAnsi"/>
              </w:rPr>
            </w:pPr>
            <w:r w:rsidRPr="00BE6DD7">
              <w:rPr>
                <w:rFonts w:asciiTheme="majorHAnsi" w:hAnsiTheme="majorHAnsi" w:cstheme="majorHAnsi"/>
              </w:rPr>
              <w:t>Societal contribution output derived from the thesis work: (e.g., clinical protocol, diagnostic material, educational or informational content, device, etc.)</w:t>
            </w:r>
          </w:p>
        </w:tc>
        <w:tc>
          <w:tcPr>
            <w:tcW w:w="4428" w:type="dxa"/>
          </w:tcPr>
          <w:p w14:paraId="74ED23D1" w14:textId="77777777" w:rsidR="00F16502" w:rsidRPr="00C83CF0" w:rsidRDefault="00F16502" w:rsidP="00F16502">
            <w:pPr>
              <w:rPr>
                <w:rFonts w:asciiTheme="majorHAnsi" w:hAnsiTheme="majorHAnsi" w:cstheme="majorHAnsi"/>
              </w:rPr>
            </w:pPr>
          </w:p>
        </w:tc>
      </w:tr>
      <w:tr w:rsidR="00F16502" w14:paraId="4869456F" w14:textId="77777777" w:rsidTr="00C83CF0">
        <w:tc>
          <w:tcPr>
            <w:tcW w:w="4428" w:type="dxa"/>
          </w:tcPr>
          <w:p w14:paraId="034B2DA9" w14:textId="617E86C4" w:rsidR="00F16502" w:rsidRPr="00C83CF0" w:rsidRDefault="00BE6DD7" w:rsidP="00C83CF0">
            <w:pPr>
              <w:rPr>
                <w:rFonts w:asciiTheme="majorHAnsi" w:hAnsiTheme="majorHAnsi" w:cstheme="majorHAnsi"/>
              </w:rPr>
            </w:pPr>
            <w:r w:rsidRPr="00BE6DD7">
              <w:rPr>
                <w:rFonts w:asciiTheme="majorHAnsi" w:hAnsiTheme="majorHAnsi" w:cstheme="majorHAnsi"/>
              </w:rPr>
              <w:t>The usage or implementation status of this output:</w:t>
            </w:r>
          </w:p>
        </w:tc>
        <w:tc>
          <w:tcPr>
            <w:tcW w:w="4428" w:type="dxa"/>
          </w:tcPr>
          <w:p w14:paraId="5150774F" w14:textId="4354C5CF" w:rsidR="00C83CF0" w:rsidRPr="00C83CF0" w:rsidRDefault="00C83CF0" w:rsidP="00C83CF0">
            <w:pPr>
              <w:rPr>
                <w:rFonts w:asciiTheme="majorHAnsi" w:hAnsiTheme="majorHAnsi" w:cstheme="majorHAnsi"/>
              </w:rPr>
            </w:pPr>
            <w:r w:rsidRPr="00C83CF0">
              <w:rPr>
                <w:rFonts w:ascii="Segoe UI Symbol" w:hAnsi="Segoe UI Symbol" w:cs="Segoe UI Symbol"/>
              </w:rPr>
              <w:t>☐</w:t>
            </w:r>
            <w:r w:rsidRPr="00C83CF0">
              <w:rPr>
                <w:rFonts w:asciiTheme="majorHAnsi" w:hAnsiTheme="majorHAnsi" w:cstheme="majorHAnsi"/>
              </w:rPr>
              <w:t xml:space="preserve"> </w:t>
            </w:r>
            <w:r w:rsidR="00BE6DD7" w:rsidRPr="00BE6DD7">
              <w:rPr>
                <w:rFonts w:asciiTheme="majorHAnsi" w:hAnsiTheme="majorHAnsi" w:cstheme="majorHAnsi"/>
              </w:rPr>
              <w:t>Implemented as a pilot project</w:t>
            </w:r>
          </w:p>
          <w:p w14:paraId="24C39002" w14:textId="30CD930C" w:rsidR="00C83CF0" w:rsidRPr="00C83CF0" w:rsidRDefault="00C83CF0" w:rsidP="00C83CF0">
            <w:pPr>
              <w:rPr>
                <w:rFonts w:asciiTheme="majorHAnsi" w:hAnsiTheme="majorHAnsi" w:cstheme="majorHAnsi"/>
              </w:rPr>
            </w:pPr>
            <w:r w:rsidRPr="00C83CF0">
              <w:rPr>
                <w:rFonts w:ascii="Segoe UI Symbol" w:hAnsi="Segoe UI Symbol" w:cs="Segoe UI Symbol"/>
              </w:rPr>
              <w:t>☐</w:t>
            </w:r>
            <w:r w:rsidRPr="00C83CF0">
              <w:rPr>
                <w:rFonts w:asciiTheme="majorHAnsi" w:hAnsiTheme="majorHAnsi" w:cstheme="majorHAnsi"/>
              </w:rPr>
              <w:t xml:space="preserve"> </w:t>
            </w:r>
            <w:r w:rsidR="00BE6DD7" w:rsidRPr="00BE6DD7">
              <w:rPr>
                <w:rFonts w:asciiTheme="majorHAnsi" w:hAnsiTheme="majorHAnsi" w:cstheme="majorHAnsi"/>
              </w:rPr>
              <w:t>It has started to be used in the institution.</w:t>
            </w:r>
          </w:p>
          <w:p w14:paraId="76236F14" w14:textId="103B50F6" w:rsidR="00F16502" w:rsidRPr="00C83CF0" w:rsidRDefault="00C83CF0" w:rsidP="00F16502">
            <w:pPr>
              <w:rPr>
                <w:rFonts w:asciiTheme="majorHAnsi" w:hAnsiTheme="majorHAnsi" w:cstheme="majorHAnsi"/>
              </w:rPr>
            </w:pPr>
            <w:r w:rsidRPr="00C83CF0">
              <w:rPr>
                <w:rFonts w:ascii="Segoe UI Symbol" w:hAnsi="Segoe UI Symbol" w:cs="Segoe UI Symbol"/>
              </w:rPr>
              <w:t>☐</w:t>
            </w:r>
            <w:r w:rsidRPr="00C83CF0">
              <w:rPr>
                <w:rFonts w:asciiTheme="majorHAnsi" w:hAnsiTheme="majorHAnsi" w:cstheme="majorHAnsi"/>
              </w:rPr>
              <w:t xml:space="preserve"> </w:t>
            </w:r>
            <w:r w:rsidR="00BE6DD7" w:rsidRPr="00BE6DD7">
              <w:rPr>
                <w:rFonts w:asciiTheme="majorHAnsi" w:hAnsiTheme="majorHAnsi" w:cstheme="majorHAnsi"/>
              </w:rPr>
              <w:t>A dissemination plan is in place.</w:t>
            </w:r>
          </w:p>
        </w:tc>
      </w:tr>
      <w:tr w:rsidR="00C83CF0" w14:paraId="53974ECF" w14:textId="77777777" w:rsidTr="00C83CF0">
        <w:tc>
          <w:tcPr>
            <w:tcW w:w="4428" w:type="dxa"/>
          </w:tcPr>
          <w:p w14:paraId="7B9B8F27" w14:textId="72D4691D" w:rsidR="00C83CF0" w:rsidRPr="00C83CF0" w:rsidRDefault="00BE6DD7" w:rsidP="00C83CF0">
            <w:pPr>
              <w:pStyle w:val="Balk3"/>
              <w:rPr>
                <w:rFonts w:cstheme="majorHAnsi"/>
              </w:rPr>
            </w:pPr>
            <w:r w:rsidRPr="00BE6DD7">
              <w:rPr>
                <w:rFonts w:cstheme="majorHAnsi"/>
                <w:color w:val="548DD4" w:themeColor="text2" w:themeTint="99"/>
              </w:rPr>
              <w:lastRenderedPageBreak/>
              <w:t>4. Appendices</w:t>
            </w:r>
          </w:p>
        </w:tc>
        <w:tc>
          <w:tcPr>
            <w:tcW w:w="4428" w:type="dxa"/>
          </w:tcPr>
          <w:p w14:paraId="19CFCA79" w14:textId="5E235637" w:rsidR="00C83CF0" w:rsidRPr="00C83CF0" w:rsidRDefault="00C83CF0" w:rsidP="00C83CF0">
            <w:pPr>
              <w:rPr>
                <w:rFonts w:asciiTheme="majorHAnsi" w:hAnsiTheme="majorHAnsi" w:cstheme="majorHAnsi"/>
              </w:rPr>
            </w:pPr>
            <w:r w:rsidRPr="00C83CF0">
              <w:rPr>
                <w:rFonts w:ascii="Segoe UI Symbol" w:hAnsi="Segoe UI Symbol" w:cs="Segoe UI Symbol"/>
              </w:rPr>
              <w:t>☐</w:t>
            </w:r>
            <w:r w:rsidRPr="00C83CF0">
              <w:rPr>
                <w:rFonts w:asciiTheme="majorHAnsi" w:hAnsiTheme="majorHAnsi" w:cstheme="majorHAnsi"/>
              </w:rPr>
              <w:t xml:space="preserve"> </w:t>
            </w:r>
            <w:r w:rsidR="00BE6DD7" w:rsidRPr="00BE6DD7">
              <w:rPr>
                <w:rFonts w:asciiTheme="majorHAnsi" w:hAnsiTheme="majorHAnsi" w:cstheme="majorHAnsi"/>
              </w:rPr>
              <w:t>Thesis abstract (1 page)</w:t>
            </w:r>
            <w:r w:rsidRPr="00C83CF0">
              <w:rPr>
                <w:rFonts w:asciiTheme="majorHAnsi" w:hAnsiTheme="majorHAnsi" w:cstheme="majorHAnsi"/>
              </w:rPr>
              <w:br/>
            </w:r>
            <w:r w:rsidRPr="00C83CF0">
              <w:rPr>
                <w:rFonts w:ascii="Segoe UI Symbol" w:hAnsi="Segoe UI Symbol" w:cs="Segoe UI Symbol"/>
              </w:rPr>
              <w:t>☐</w:t>
            </w:r>
            <w:r w:rsidRPr="00C83CF0">
              <w:rPr>
                <w:rFonts w:asciiTheme="majorHAnsi" w:hAnsiTheme="majorHAnsi" w:cstheme="majorHAnsi"/>
              </w:rPr>
              <w:t xml:space="preserve"> </w:t>
            </w:r>
            <w:r w:rsidR="00BE6DD7" w:rsidRPr="00BE6DD7">
              <w:rPr>
                <w:rFonts w:asciiTheme="majorHAnsi" w:hAnsiTheme="majorHAnsi" w:cstheme="majorHAnsi"/>
              </w:rPr>
              <w:t>Publication output (article, book chapter, etc.)</w:t>
            </w:r>
            <w:r w:rsidRPr="00C83CF0">
              <w:rPr>
                <w:rFonts w:asciiTheme="majorHAnsi" w:hAnsiTheme="majorHAnsi" w:cstheme="majorHAnsi"/>
              </w:rPr>
              <w:br/>
            </w:r>
            <w:r w:rsidRPr="00C83CF0">
              <w:rPr>
                <w:rFonts w:ascii="Segoe UI Symbol" w:hAnsi="Segoe UI Symbol" w:cs="Segoe UI Symbol"/>
              </w:rPr>
              <w:t>☐</w:t>
            </w:r>
            <w:r w:rsidRPr="00C83CF0">
              <w:rPr>
                <w:rFonts w:asciiTheme="majorHAnsi" w:hAnsiTheme="majorHAnsi" w:cstheme="majorHAnsi"/>
              </w:rPr>
              <w:t xml:space="preserve"> </w:t>
            </w:r>
            <w:r w:rsidR="00BE6DD7" w:rsidRPr="00BE6DD7">
              <w:rPr>
                <w:rFonts w:asciiTheme="majorHAnsi" w:hAnsiTheme="majorHAnsi" w:cstheme="majorHAnsi"/>
              </w:rPr>
              <w:t>Example or supporting document of a societal contribution output</w:t>
            </w:r>
            <w:r w:rsidRPr="00C83CF0">
              <w:rPr>
                <w:rFonts w:asciiTheme="majorHAnsi" w:hAnsiTheme="majorHAnsi" w:cstheme="majorHAnsi"/>
              </w:rPr>
              <w:br/>
            </w:r>
            <w:r w:rsidRPr="00C83CF0">
              <w:rPr>
                <w:rFonts w:ascii="Segoe UI Symbol" w:hAnsi="Segoe UI Symbol" w:cs="Segoe UI Symbol"/>
              </w:rPr>
              <w:t>☐</w:t>
            </w:r>
            <w:r w:rsidRPr="00C83CF0">
              <w:rPr>
                <w:rFonts w:asciiTheme="majorHAnsi" w:hAnsiTheme="majorHAnsi" w:cstheme="majorHAnsi"/>
              </w:rPr>
              <w:t xml:space="preserve"> </w:t>
            </w:r>
            <w:r w:rsidR="00BE6DD7" w:rsidRPr="00BE6DD7">
              <w:rPr>
                <w:rFonts w:asciiTheme="majorHAnsi" w:hAnsiTheme="majorHAnsi" w:cstheme="majorHAnsi"/>
              </w:rPr>
              <w:t>Advisor approval letter</w:t>
            </w:r>
          </w:p>
        </w:tc>
      </w:tr>
      <w:tr w:rsidR="00C83CF0" w14:paraId="2144419D" w14:textId="77777777" w:rsidTr="00C83CF0">
        <w:tc>
          <w:tcPr>
            <w:tcW w:w="8856" w:type="dxa"/>
            <w:gridSpan w:val="2"/>
            <w:shd w:val="clear" w:color="auto" w:fill="C6D9F1" w:themeFill="text2" w:themeFillTint="33"/>
          </w:tcPr>
          <w:p w14:paraId="426E6C79" w14:textId="68A4B0AC" w:rsidR="00C83CF0" w:rsidRPr="00C83CF0" w:rsidRDefault="00BE6DD7" w:rsidP="00C83CF0">
            <w:pPr>
              <w:rPr>
                <w:rFonts w:asciiTheme="majorHAnsi" w:hAnsiTheme="majorHAnsi" w:cstheme="majorHAnsi"/>
              </w:rPr>
            </w:pPr>
            <w:r w:rsidRPr="00BE6DD7">
              <w:rPr>
                <w:rFonts w:asciiTheme="majorHAnsi" w:hAnsiTheme="majorHAnsi" w:cstheme="majorHAnsi"/>
                <w:color w:val="548DD4" w:themeColor="text2" w:themeTint="99"/>
              </w:rPr>
              <w:t>5. Application Approval</w:t>
            </w:r>
          </w:p>
        </w:tc>
      </w:tr>
      <w:tr w:rsidR="00C83CF0" w14:paraId="1F9BE8F6" w14:textId="77777777" w:rsidTr="00C83CF0">
        <w:tc>
          <w:tcPr>
            <w:tcW w:w="8856" w:type="dxa"/>
            <w:gridSpan w:val="2"/>
          </w:tcPr>
          <w:p w14:paraId="6790AD07" w14:textId="77777777" w:rsidR="008A5603" w:rsidRDefault="008A5603" w:rsidP="00C83CF0">
            <w:pPr>
              <w:rPr>
                <w:rFonts w:asciiTheme="majorHAnsi" w:hAnsiTheme="majorHAnsi" w:cstheme="majorHAnsi"/>
              </w:rPr>
            </w:pPr>
          </w:p>
          <w:p w14:paraId="154D9B52" w14:textId="77777777" w:rsidR="00BE6DD7" w:rsidRDefault="00BE6DD7" w:rsidP="00C83CF0">
            <w:pPr>
              <w:rPr>
                <w:rFonts w:asciiTheme="majorHAnsi" w:hAnsiTheme="majorHAnsi" w:cstheme="majorHAnsi"/>
              </w:rPr>
            </w:pPr>
            <w:r w:rsidRPr="00BE6DD7">
              <w:rPr>
                <w:rFonts w:asciiTheme="majorHAnsi" w:hAnsiTheme="majorHAnsi" w:cstheme="majorHAnsi"/>
              </w:rPr>
              <w:t>The form must be filled out completely and signed by the applicant.</w:t>
            </w:r>
          </w:p>
          <w:p w14:paraId="228D77BC" w14:textId="17C277F4" w:rsidR="00C83CF0" w:rsidRPr="00C83CF0" w:rsidRDefault="00BE6DD7" w:rsidP="00C83CF0">
            <w:pPr>
              <w:rPr>
                <w:rFonts w:asciiTheme="majorHAnsi" w:hAnsiTheme="majorHAnsi" w:cstheme="majorHAnsi"/>
              </w:rPr>
            </w:pPr>
            <w:r w:rsidRPr="00BE6DD7">
              <w:rPr>
                <w:rFonts w:asciiTheme="majorHAnsi" w:hAnsiTheme="majorHAnsi" w:cstheme="majorHAnsi"/>
              </w:rPr>
              <w:t>Applicant's Signature</w:t>
            </w:r>
            <w:r w:rsidR="00C83CF0" w:rsidRPr="00C83CF0">
              <w:rPr>
                <w:rFonts w:asciiTheme="majorHAnsi" w:hAnsiTheme="majorHAnsi" w:cstheme="majorHAnsi"/>
              </w:rPr>
              <w:t xml:space="preserve">: ______________________      </w:t>
            </w:r>
          </w:p>
          <w:p w14:paraId="28372736" w14:textId="6047D1D2" w:rsidR="00C83CF0" w:rsidRPr="00C83CF0" w:rsidRDefault="00BE6DD7" w:rsidP="00C83CF0">
            <w:pPr>
              <w:rPr>
                <w:rFonts w:asciiTheme="majorHAnsi" w:hAnsiTheme="majorHAnsi" w:cstheme="majorHAnsi"/>
              </w:rPr>
            </w:pPr>
            <w:r w:rsidRPr="00BE6DD7">
              <w:rPr>
                <w:rFonts w:asciiTheme="majorHAnsi" w:hAnsiTheme="majorHAnsi" w:cstheme="majorHAnsi"/>
              </w:rPr>
              <w:t>History</w:t>
            </w:r>
            <w:r w:rsidR="00C83CF0" w:rsidRPr="00C83CF0">
              <w:rPr>
                <w:rFonts w:asciiTheme="majorHAnsi" w:hAnsiTheme="majorHAnsi" w:cstheme="majorHAnsi"/>
              </w:rPr>
              <w:t>: ___ / ___ / 202</w:t>
            </w:r>
            <w:r>
              <w:rPr>
                <w:rFonts w:asciiTheme="majorHAnsi" w:hAnsiTheme="majorHAnsi" w:cstheme="majorHAnsi"/>
              </w:rPr>
              <w:t>6</w:t>
            </w:r>
          </w:p>
          <w:p w14:paraId="36B90C3D" w14:textId="77777777" w:rsidR="00C83CF0" w:rsidRDefault="00C83CF0" w:rsidP="00C83CF0">
            <w:pPr>
              <w:rPr>
                <w:rFonts w:asciiTheme="majorHAnsi" w:hAnsiTheme="majorHAnsi" w:cstheme="majorHAnsi"/>
              </w:rPr>
            </w:pPr>
          </w:p>
          <w:p w14:paraId="66E81A22" w14:textId="4792D69A" w:rsidR="00C83CF0" w:rsidRPr="00C83CF0" w:rsidRDefault="00BE6DD7" w:rsidP="00C83CF0">
            <w:pPr>
              <w:rPr>
                <w:rFonts w:asciiTheme="majorHAnsi" w:hAnsiTheme="majorHAnsi" w:cstheme="majorHAnsi"/>
              </w:rPr>
            </w:pPr>
            <w:r w:rsidRPr="00BE6DD7">
              <w:rPr>
                <w:rFonts w:asciiTheme="majorHAnsi" w:hAnsiTheme="majorHAnsi" w:cstheme="majorHAnsi"/>
              </w:rPr>
              <w:t>Application Deadline</w:t>
            </w:r>
            <w:r w:rsidR="00C83CF0" w:rsidRPr="00C83CF0">
              <w:rPr>
                <w:rFonts w:asciiTheme="majorHAnsi" w:hAnsiTheme="majorHAnsi" w:cstheme="majorHAnsi"/>
              </w:rPr>
              <w:t xml:space="preserve">: </w:t>
            </w:r>
            <w:r w:rsidRPr="00BE6DD7">
              <w:rPr>
                <w:rFonts w:asciiTheme="majorHAnsi" w:hAnsiTheme="majorHAnsi" w:cstheme="majorHAnsi"/>
              </w:rPr>
              <w:t>November 6, 2026</w:t>
            </w:r>
          </w:p>
          <w:p w14:paraId="181959EF" w14:textId="77777777" w:rsidR="00C83CF0" w:rsidRPr="00C83CF0" w:rsidRDefault="00C83CF0" w:rsidP="00C83CF0">
            <w:pPr>
              <w:rPr>
                <w:rFonts w:asciiTheme="majorHAnsi" w:hAnsiTheme="majorHAnsi" w:cstheme="majorHAnsi"/>
              </w:rPr>
            </w:pPr>
          </w:p>
        </w:tc>
      </w:tr>
    </w:tbl>
    <w:p w14:paraId="035C480B" w14:textId="77777777" w:rsidR="00F16502" w:rsidRPr="00F16502" w:rsidRDefault="00F16502" w:rsidP="00F16502"/>
    <w:p w14:paraId="3B44F59E" w14:textId="77777777" w:rsidR="00C83CF0" w:rsidRDefault="00C83CF0"/>
    <w:sectPr w:rsidR="00C83CF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21675740">
    <w:abstractNumId w:val="8"/>
  </w:num>
  <w:num w:numId="2" w16cid:durableId="881022568">
    <w:abstractNumId w:val="6"/>
  </w:num>
  <w:num w:numId="3" w16cid:durableId="1217089104">
    <w:abstractNumId w:val="5"/>
  </w:num>
  <w:num w:numId="4" w16cid:durableId="568930803">
    <w:abstractNumId w:val="4"/>
  </w:num>
  <w:num w:numId="5" w16cid:durableId="1141313819">
    <w:abstractNumId w:val="7"/>
  </w:num>
  <w:num w:numId="6" w16cid:durableId="582842315">
    <w:abstractNumId w:val="3"/>
  </w:num>
  <w:num w:numId="7" w16cid:durableId="625039462">
    <w:abstractNumId w:val="2"/>
  </w:num>
  <w:num w:numId="8" w16cid:durableId="1336877962">
    <w:abstractNumId w:val="1"/>
  </w:num>
  <w:num w:numId="9" w16cid:durableId="2096049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55802"/>
    <w:rsid w:val="00541973"/>
    <w:rsid w:val="007A64D7"/>
    <w:rsid w:val="008A5603"/>
    <w:rsid w:val="00AA1D8D"/>
    <w:rsid w:val="00B219BF"/>
    <w:rsid w:val="00B47730"/>
    <w:rsid w:val="00BE6DD7"/>
    <w:rsid w:val="00C83CF0"/>
    <w:rsid w:val="00CB0664"/>
    <w:rsid w:val="00F16502"/>
    <w:rsid w:val="00FC693F"/>
    <w:rsid w:val="00FD0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DA2E7B"/>
  <w14:defaultImageDpi w14:val="300"/>
  <w15:docId w15:val="{448BF4CA-0A2E-5D49-A884-C6D506EEE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235</Words>
  <Characters>1344</Characters>
  <Application>Microsoft Office Word</Application>
  <DocSecurity>0</DocSecurity>
  <Lines>11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Merve YILDIZ</cp:lastModifiedBy>
  <cp:revision>4</cp:revision>
  <dcterms:created xsi:type="dcterms:W3CDTF">2025-10-21T17:10:00Z</dcterms:created>
  <dcterms:modified xsi:type="dcterms:W3CDTF">2026-09-16T07:56:00Z</dcterms:modified>
  <cp:category/>
</cp:coreProperties>
</file>